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ALEX MORGAN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PROJECT COORDINATOR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Example City | alex.morgan@example.com | Portfolio link omitted</w:t>
      </w:r>
    </w:p>
    <w:p>
      <w:pPr>
        <w:spacing w:after="20"/>
      </w:pPr>
      <w:r>
        <w:rPr>
          <w:i/>
          <w:color w:val="555555"/>
          <w:sz w:val="17"/>
        </w:rPr>
        <w:t>Illustrative career change resume. All people, organizations and experiences are fictional. Do not submit as your own.</w:t>
      </w:r>
    </w:p>
    <w:p>
      <w:pPr>
        <w:pStyle w:val="ResumeSection"/>
        <w:pBdr>
          <w:bottom w:val="single" w:sz="5" w:space="1" w:color="16685C"/>
        </w:pBdr>
        <w:keepNext/>
      </w:pPr>
      <w:r>
        <w:t>TARGETED PROFILE</w:t>
      </w:r>
    </w:p>
    <w:p>
      <w:pPr>
        <w:spacing w:after="40"/>
      </w:pPr>
      <w:r>
        <w:t>Retail shift supervisor moving into project coordination. Brings staff scheduling, task tracking and handoff experience from store operations, supported by a completed project-planning course and a labelled practice schedule.</w:t>
      </w:r>
    </w:p>
    <w:p>
      <w:pPr>
        <w:pStyle w:val="ResumeSection"/>
        <w:pBdr>
          <w:bottom w:val="single" w:sz="5" w:space="1" w:color="16685C"/>
        </w:pBdr>
        <w:keepNext/>
      </w:pPr>
      <w:r>
        <w:t>TRANSFERABLE EVIDENCE</w:t>
      </w:r>
    </w:p>
    <w:p>
      <w:pPr>
        <w:spacing w:after="40"/>
      </w:pPr>
      <w:r>
        <w:t>Scheduling: prepared weekly staff rotas and recorded coverage changes for the store manager's approval.</w:t>
      </w:r>
    </w:p>
    <w:p>
      <w:pPr>
        <w:spacing w:after="40"/>
      </w:pPr>
      <w:r>
        <w:t>Task coordination: maintained a stocktake preparation list with owners and outstanding questions for the next shift.</w:t>
      </w:r>
    </w:p>
    <w:p>
      <w:pPr>
        <w:pStyle w:val="ResumeSection"/>
        <w:pBdr>
          <w:bottom w:val="single" w:sz="5" w:space="1" w:color="16685C"/>
        </w:pBdr>
        <w:keepNext/>
      </w:pPr>
      <w:r>
        <w:t>EMPLOYMENT HISTORY</w:t>
      </w:r>
    </w:p>
    <w:p>
      <w:pPr>
        <w:spacing w:after="0"/>
        <w:keepNext/>
      </w:pPr>
      <w:r>
        <w:rPr>
          <w:b/>
          <w:sz w:val="19"/>
        </w:rPr>
        <w:t>Retail Shift Supervisor | Example Retail Company | May 2022 to August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Coordinated stocktake preparation across shifts and raised missing assignments with the store manager. Budget and staffing approval remained with the manager.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Wrote handover notes covering unfinished tasks and delivery changes so the following supervisor could prioritize the shift.</w:t>
      </w:r>
    </w:p>
    <w:p>
      <w:pPr>
        <w:pStyle w:val="ResumeSection"/>
        <w:pBdr>
          <w:bottom w:val="single" w:sz="5" w:space="1" w:color="16685C"/>
        </w:pBdr>
        <w:keepNext/>
      </w:pPr>
      <w:r>
        <w:t>RELEVANT LEARNING AND PRACTICE</w:t>
      </w:r>
    </w:p>
    <w:p>
      <w:pPr>
        <w:spacing w:after="0"/>
        <w:keepNext/>
      </w:pPr>
      <w:r>
        <w:rPr>
          <w:b/>
          <w:sz w:val="19"/>
        </w:rPr>
        <w:t>Introduction to Project Planning | Example Learning Centre | July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Created a practice office-move schedule with task dependencies and a risk log. This was a course exercise, not a delivered workplace project.</w:t>
      </w:r>
    </w:p>
    <w:p>
      <w:pPr>
        <w:pStyle w:val="ResumeSection"/>
        <w:pBdr>
          <w:bottom w:val="single" w:sz="5" w:space="1" w:color="16685C"/>
        </w:pBdr>
        <w:keepNext/>
      </w:pPr>
      <w:r>
        <w:t>EDUCATION AND TOOLS</w:t>
      </w:r>
    </w:p>
    <w:p>
      <w:pPr>
        <w:spacing w:after="0"/>
      </w:pPr>
      <w:r>
        <w:rPr>
          <w:b/>
        </w:rPr>
        <w:t>Diploma in Business | Example College | 2022. Excel for rotas and task tracking; shared documents for handover notes.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change resume example</dc:title>
  <dc:subject>Illustrative fictional resume</dc:subject>
  <dc:creator>CareerPilotAI</dc:creator>
  <cp:keywords>Illustrative fictional resume</cp:keywords>
  <dc:description>Illustrative fictional resume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