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[YOUR FULL NAME]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[TARGET ROLE / PROFESSIONAL TITLE]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[City] | [Email] | [Phone if appropriate] | [Relevant portfolio URL]</w:t>
      </w:r>
    </w:p>
    <w:p>
      <w:pPr>
        <w:pStyle w:val="ResumeSection"/>
        <w:pBdr>
          <w:bottom w:val="single" w:sz="5" w:space="1" w:color="16685C"/>
        </w:pBdr>
        <w:keepNext/>
      </w:pPr>
      <w:r>
        <w:t>TARGETED PROFILE</w:t>
      </w:r>
    </w:p>
    <w:p>
      <w:pPr>
        <w:spacing w:after="40"/>
      </w:pPr>
      <w:r>
        <w:t>[Current or previous occupation] moving into [specific target role]. Brings [relevant activity] from [actual setting], supported by [completed training or project if applicable]. Seeking to contribute to [responsibility in the vacancy].</w:t>
      </w:r>
    </w:p>
    <w:p>
      <w:pPr>
        <w:pStyle w:val="ResumeSection"/>
        <w:pBdr>
          <w:bottom w:val="single" w:sz="5" w:space="1" w:color="16685C"/>
        </w:pBdr>
        <w:keepNext/>
      </w:pPr>
      <w:r>
        <w:t>TRANSFERABLE EVIDENCE</w:t>
      </w:r>
    </w:p>
    <w:p>
      <w:pPr>
        <w:spacing w:after="40"/>
      </w:pPr>
      <w:r>
        <w:t>[Target-role skill]: [a specific task you performed in your previous work, including its setting].</w:t>
      </w:r>
    </w:p>
    <w:p>
      <w:pPr>
        <w:spacing w:after="40"/>
      </w:pPr>
      <w:r>
        <w:t>[Second relevant skill]: [your action and verifiable output, without renaming the original job].</w:t>
      </w:r>
    </w:p>
    <w:p>
      <w:pPr>
        <w:pStyle w:val="ResumeSection"/>
        <w:pBdr>
          <w:bottom w:val="single" w:sz="5" w:space="1" w:color="16685C"/>
        </w:pBdr>
        <w:keepNext/>
      </w:pPr>
      <w:r>
        <w:t>EMPLOYMENT HISTORY</w:t>
      </w:r>
    </w:p>
    <w:p>
      <w:pPr>
        <w:spacing w:after="0"/>
        <w:keepNext/>
      </w:pPr>
      <w:r>
        <w:rPr>
          <w:b/>
          <w:sz w:val="19"/>
        </w:rPr>
        <w:t>[Actual job title] | [Employer]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[Action] [relevant responsibility]; explain [your contribution and decision boundaries].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[Action] [handoff, documentation or problem-solving task] supporting [real purpose].</w:t>
      </w:r>
    </w:p>
    <w:p>
      <w:pPr>
        <w:pStyle w:val="ResumeSection"/>
        <w:pBdr>
          <w:bottom w:val="single" w:sz="5" w:space="1" w:color="16685C"/>
        </w:pBdr>
        <w:keepNext/>
      </w:pPr>
      <w:r>
        <w:t>RELEVANT LEARNING AND PRACTICE</w:t>
      </w:r>
    </w:p>
    <w:p>
      <w:pPr>
        <w:spacing w:after="0"/>
        <w:keepNext/>
      </w:pPr>
      <w:r>
        <w:rPr>
          <w:b/>
          <w:sz w:val="19"/>
        </w:rPr>
        <w:t>[Course or project] | [Provider or independent setting] | [Completion date]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Produced [artifact] to practise [new skill]. State [what was simulated or not used in a real workplace].</w:t>
      </w:r>
    </w:p>
    <w:p>
      <w:pPr>
        <w:pStyle w:val="ResumeSection"/>
        <w:pBdr>
          <w:bottom w:val="single" w:sz="5" w:space="1" w:color="16685C"/>
        </w:pBdr>
        <w:keepNext/>
      </w:pPr>
      <w:r>
        <w:t>EDUCATION AND TOOLS</w:t>
      </w:r>
    </w:p>
    <w:p>
      <w:pPr>
        <w:spacing w:after="0"/>
      </w:pPr>
      <w:r>
        <w:rPr>
          <w:b/>
        </w:rPr>
        <w:t>[Qualification] | [Institution] | [Date]. [Tools used and the tasks performed].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change resume template</dc:title>
  <dc:subject>Editable resume template</dc:subject>
  <dc:creator>CareerPilotAI</dc:creator>
  <cp:keywords>Editable resume template</cp:keywords>
  <dc:description>Editable resume template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