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  <w:keepNext/>
      </w:pPr>
      <w:r>
        <w:rPr>
          <w:rFonts w:ascii="Arial" w:hAnsi="Arial"/>
          <w:b/>
          <w:color w:val="16685C"/>
          <w:sz w:val="42"/>
        </w:rPr>
        <w:t>ALEX MORGAN</w:t>
      </w:r>
    </w:p>
    <w:p>
      <w:pPr>
        <w:spacing w:after="40"/>
        <w:jc w:val="center"/>
        <w:keepNext/>
      </w:pPr>
      <w:r>
        <w:rPr>
          <w:b/>
          <w:color w:val="2D2D2D"/>
          <w:sz w:val="21"/>
        </w:rPr>
        <w:t>CUSTOMER SERVICE REPRESENTATIVE</w:t>
      </w:r>
    </w:p>
    <w:p>
      <w:pPr>
        <w:spacing w:after="80"/>
        <w:jc w:val="center"/>
        <w:keepNext/>
      </w:pPr>
      <w:r>
        <w:rPr>
          <w:color w:val="4B4B4B"/>
          <w:sz w:val="17"/>
        </w:rPr>
        <w:t>Example City | alex.morgan@example.com | Portfolio link omitted</w:t>
      </w:r>
    </w:p>
    <w:p>
      <w:pPr>
        <w:spacing w:after="20"/>
      </w:pPr>
      <w:r>
        <w:rPr>
          <w:i/>
          <w:color w:val="555555"/>
          <w:sz w:val="17"/>
        </w:rPr>
        <w:t>Illustrative customer service resume. All people, organizations and experiences are fictional. Do not submit as your own.</w:t>
      </w:r>
    </w:p>
    <w:p>
      <w:pPr>
        <w:pStyle w:val="ResumeSection"/>
        <w:pBdr>
          <w:bottom w:val="single" w:sz="5" w:space="1" w:color="16685C"/>
        </w:pBdr>
        <w:keepNext/>
      </w:pPr>
      <w:r>
        <w:t>PROFILE</w:t>
      </w:r>
    </w:p>
    <w:p>
      <w:pPr>
        <w:spacing w:after="40"/>
      </w:pPr>
      <w:r>
        <w:t>Retail customer-service assistant seeking an email and telephone support role. Experienced in order enquiries, returns explanations and documenting unresolved cases for a supervisor. Focuses on accurate records and clear next steps.</w:t>
      </w:r>
    </w:p>
    <w:p>
      <w:pPr>
        <w:pStyle w:val="ResumeSection"/>
        <w:pBdr>
          <w:bottom w:val="single" w:sz="5" w:space="1" w:color="16685C"/>
        </w:pBdr>
        <w:keepNext/>
      </w:pPr>
      <w:r>
        <w:t>CUSTOMER SUPPORT SKILLS</w:t>
      </w:r>
    </w:p>
    <w:p>
      <w:pPr>
        <w:spacing w:after="40"/>
      </w:pPr>
      <w:r>
        <w:t>In-person and telephone enquiries; order lookup, returns guidance and escalation notes. Shared inbox and spreadsheet case log. English: fluent.</w:t>
      </w:r>
    </w:p>
    <w:p>
      <w:pPr>
        <w:pStyle w:val="ResumeSection"/>
        <w:pBdr>
          <w:bottom w:val="single" w:sz="5" w:space="1" w:color="16685C"/>
        </w:pBdr>
        <w:keepNext/>
      </w:pPr>
      <w:r>
        <w:t>EXPERIENCE</w:t>
      </w:r>
    </w:p>
    <w:p>
      <w:pPr>
        <w:spacing w:after="0"/>
        <w:keepNext/>
      </w:pPr>
      <w:r>
        <w:rPr>
          <w:b/>
          <w:sz w:val="19"/>
        </w:rPr>
        <w:t>Customer Service Assistant | Example Retail Company | August 2024 to July 2026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Checked order references and dispatch notes before explaining the next step for delayed deliveries; avoided promising arrival dates that had not been confirmed.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Recorded the issue, previous contact and agreed follow-up in the case log so the next shift could continue the enquiry.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Referred disputed refund requests to the supervisor with the receipt details and customer explanation, without making unauthorized exceptions.</w:t>
      </w:r>
    </w:p>
    <w:p>
      <w:pPr>
        <w:pStyle w:val="ResumeSection"/>
        <w:pBdr>
          <w:bottom w:val="single" w:sz="5" w:space="1" w:color="16685C"/>
        </w:pBdr>
        <w:keepNext/>
      </w:pPr>
      <w:r>
        <w:t>RELEVANT ADDITIONAL WORK</w:t>
      </w:r>
    </w:p>
    <w:p>
      <w:pPr>
        <w:spacing w:after="0"/>
        <w:keepNext/>
      </w:pPr>
      <w:r>
        <w:rPr>
          <w:b/>
          <w:sz w:val="19"/>
        </w:rPr>
        <w:t>Returns information review | Internal team task | March 2026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Collected recurring questions for the supervisor and helped rewrite the desk checklist using the approved returns policy. The supervisor checked the final wording.</w:t>
      </w:r>
    </w:p>
    <w:p>
      <w:pPr>
        <w:pStyle w:val="ResumeSection"/>
        <w:pBdr>
          <w:bottom w:val="single" w:sz="5" w:space="1" w:color="16685C"/>
        </w:pBdr>
        <w:keepNext/>
      </w:pPr>
      <w:r>
        <w:t>EDUCATION AND TRAINING</w:t>
      </w:r>
    </w:p>
    <w:p>
      <w:pPr>
        <w:spacing w:after="0"/>
      </w:pPr>
      <w:r>
        <w:rPr>
          <w:b/>
        </w:rPr>
        <w:t>Certificate in Business Administration | Example College | 2024</w:t>
      </w:r>
    </w:p>
    <w:sectPr w:rsidR="00FC693F" w:rsidRPr="0006063C" w:rsidSect="00034616"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Section"/>
    <w:pPr>
      <w:spacing w:before="140" w:after="60"/>
    </w:pPr>
    <w:rPr>
      <w:rFonts w:ascii="Arial" w:hAnsi="Arial"/>
      <w:b/>
      <w:color w:val="16685C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service resume example</dc:title>
  <dc:subject>Illustrative fictional resume</dc:subject>
  <dc:creator>CareerPilotAI</dc:creator>
  <cp:keywords>Illustrative fictional resume</cp:keywords>
  <dc:description>Illustrative fictional resume</dc:description>
  <cp:lastModifiedBy>CareerPilotAI</cp:lastModifiedBy>
  <cp:revision>1</cp:revision>
  <dcterms:created xsi:type="dcterms:W3CDTF">2013-12-23T23:15:00Z</dcterms:created>
  <dcterms:modified xsi:type="dcterms:W3CDTF">2013-12-23T23:15:00Z</dcterms:modified>
  <cp:category/>
</cp:coreProperties>
</file>