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[YOUR FULL NAME]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[TARGET ROLE / PROFESSIONAL TITLE]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[City] | [Email] | [Phone if appropriate] | [Relevant portfolio URL]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[Customer-facing background] seeking [support role]. Experienced in [channels or setting], [type of enquiry] and [documenting or escalating cases]. Uses [relevant process] to give customers clear next steps.</w:t>
      </w:r>
    </w:p>
    <w:p>
      <w:pPr>
        <w:pStyle w:val="ResumeSection"/>
        <w:pBdr>
          <w:bottom w:val="single" w:sz="5" w:space="1" w:color="16685C"/>
        </w:pBdr>
        <w:keepNext/>
      </w:pPr>
      <w:r>
        <w:t>CUSTOMER SUPPORT SKILLS</w:t>
      </w:r>
    </w:p>
    <w:p>
      <w:pPr>
        <w:spacing w:after="40"/>
      </w:pPr>
      <w:r>
        <w:t>[Channels you have used]. [Case types handled]. [Systems with actual tasks performed]. [Languages with honest proficiency, if relevant].</w:t>
      </w:r>
    </w:p>
    <w:p>
      <w:pPr>
        <w:pStyle w:val="ResumeSection"/>
        <w:pBdr>
          <w:bottom w:val="single" w:sz="5" w:space="1" w:color="16685C"/>
        </w:pBdr>
        <w:keepNext/>
      </w:pPr>
      <w:r>
        <w:t>EXPERIENCE</w:t>
      </w:r>
    </w:p>
    <w:p>
      <w:pPr>
        <w:spacing w:after="0"/>
        <w:keepNext/>
      </w:pPr>
      <w:r>
        <w:rPr>
          <w:b/>
          <w:sz w:val="19"/>
        </w:rPr>
        <w:t>[Actual job title] | [Employer]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Clarified [customer issue] by [questions or checks]; explained [accurate next step] within [policy or authority].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Recorded [case details] in [system] so [next person or team] could [follow-up task].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Escalated [issue beyond your authority] to [appropriate role], providing [useful context] rather than promising an unapproved outcome.</w:t>
      </w:r>
    </w:p>
    <w:p>
      <w:pPr>
        <w:pStyle w:val="ResumeSection"/>
        <w:pBdr>
          <w:bottom w:val="single" w:sz="5" w:space="1" w:color="16685C"/>
        </w:pBdr>
        <w:keepNext/>
      </w:pPr>
      <w:r>
        <w:t>RELEVANT ADDITIONAL WORK</w:t>
      </w:r>
    </w:p>
    <w:p>
      <w:pPr>
        <w:spacing w:after="0"/>
        <w:keepNext/>
      </w:pPr>
      <w:r>
        <w:rPr>
          <w:b/>
          <w:sz w:val="19"/>
        </w:rPr>
        <w:t>[Volunteer, project or training activity] | [Setting and 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[Your contribution to answering questions, organizing requests or improving a support resource].</w:t>
      </w:r>
    </w:p>
    <w:p>
      <w:pPr>
        <w:pStyle w:val="ResumeSection"/>
        <w:pBdr>
          <w:bottom w:val="single" w:sz="5" w:space="1" w:color="16685C"/>
        </w:pBdr>
        <w:keepNext/>
      </w:pPr>
      <w:r>
        <w:t>EDUCATION AND TRAINING</w:t>
      </w:r>
    </w:p>
    <w:p>
      <w:pPr>
        <w:spacing w:after="0"/>
      </w:pPr>
      <w:r>
        <w:rPr>
          <w:b/>
        </w:rPr>
        <w:t>[Qualification or completed training] | [Institution or provider] | [Date].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service resume template</dc:title>
  <dc:subject>Editable resume template</dc:subject>
  <dc:creator>CareerPilotAI</dc:creator>
  <cp:keywords>Editable resume template</cp:keywords>
  <dc:description>Editable resume template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