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  <w:keepNext/>
      </w:pPr>
      <w:r>
        <w:rPr>
          <w:rFonts w:ascii="Arial" w:hAnsi="Arial"/>
          <w:b/>
          <w:color w:val="16685C"/>
          <w:sz w:val="42"/>
        </w:rPr>
        <w:t>ALEX MORGAN</w:t>
      </w:r>
    </w:p>
    <w:p>
      <w:pPr>
        <w:spacing w:after="40"/>
        <w:jc w:val="center"/>
        <w:keepNext/>
      </w:pPr>
      <w:r>
        <w:rPr>
          <w:b/>
          <w:color w:val="2D2D2D"/>
          <w:sz w:val="21"/>
        </w:rPr>
        <w:t>JUNIOR DATA ENGINEER</w:t>
      </w:r>
    </w:p>
    <w:p>
      <w:pPr>
        <w:spacing w:after="80"/>
        <w:jc w:val="center"/>
        <w:keepNext/>
      </w:pPr>
      <w:r>
        <w:rPr>
          <w:color w:val="4B4B4B"/>
          <w:sz w:val="17"/>
        </w:rPr>
        <w:t>Example City | alex.morgan@example.com | Portfolio link omitted</w:t>
      </w:r>
    </w:p>
    <w:p>
      <w:pPr>
        <w:spacing w:after="20"/>
      </w:pPr>
      <w:r>
        <w:rPr>
          <w:i/>
          <w:color w:val="555555"/>
          <w:sz w:val="17"/>
        </w:rPr>
        <w:t>Illustrative data engineer resume. All people, organizations and experiences are fictional. Do not submit as your own.</w:t>
      </w:r>
    </w:p>
    <w:p>
      <w:pPr>
        <w:pStyle w:val="ResumeSection"/>
        <w:pBdr>
          <w:bottom w:val="single" w:sz="5" w:space="1" w:color="16685C"/>
        </w:pBdr>
        <w:keepNext/>
      </w:pPr>
      <w:r>
        <w:t>PROFILE</w:t>
      </w:r>
    </w:p>
    <w:p>
      <w:pPr>
        <w:spacing w:after="40"/>
      </w:pPr>
      <w:r>
        <w:t>Computer science graduate targeting junior data engineering roles. Built a local Python and PostgreSQL pipeline for public transit timetable files, with schema checks, repeatable loads and documented recovery steps.</w:t>
      </w:r>
    </w:p>
    <w:p>
      <w:pPr>
        <w:pStyle w:val="ResumeSection"/>
        <w:pBdr>
          <w:bottom w:val="single" w:sz="5" w:space="1" w:color="16685C"/>
        </w:pBdr>
        <w:keepNext/>
      </w:pPr>
      <w:r>
        <w:t>TECHNICAL SKILLS</w:t>
      </w:r>
    </w:p>
    <w:p>
      <w:pPr>
        <w:spacing w:after="40"/>
      </w:pPr>
      <w:r>
        <w:t>Python: CSV parsing and validation. SQL and PostgreSQL: joins, constraints and staging tables. Git, unit tests and Docker for local development.</w:t>
      </w:r>
    </w:p>
    <w:p>
      <w:pPr>
        <w:pStyle w:val="ResumeSection"/>
        <w:pBdr>
          <w:bottom w:val="single" w:sz="5" w:space="1" w:color="16685C"/>
        </w:pBdr>
        <w:keepNext/>
      </w:pPr>
      <w:r>
        <w:t>DATA PROJECTS</w:t>
      </w:r>
    </w:p>
    <w:p>
      <w:pPr>
        <w:spacing w:after="0"/>
        <w:keepNext/>
      </w:pPr>
      <w:r>
        <w:rPr>
          <w:b/>
          <w:sz w:val="19"/>
        </w:rPr>
        <w:t>Transit timetable pipeline | Independent project | March to June 2026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Parsed public timetable CSV files in Python and loaded validated records into PostgreSQL staging and reporting tables.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Added duplicate-key and missing-stop checks. Used a transaction to replace a daily partition so rerunning the same input did not duplicate rows.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Documented failed-load recovery and tested malformed CSV fixtures. Ran locally in Docker; this was not a production service and no uptime claim was measured.</w:t>
      </w:r>
    </w:p>
    <w:p>
      <w:pPr>
        <w:pStyle w:val="ResumeSection"/>
        <w:pBdr>
          <w:bottom w:val="single" w:sz="5" w:space="1" w:color="16685C"/>
        </w:pBdr>
        <w:keepNext/>
      </w:pPr>
      <w:r>
        <w:t>ADDITIONAL EXPERIENCE</w:t>
      </w:r>
    </w:p>
    <w:p>
      <w:pPr>
        <w:spacing w:after="0"/>
        <w:keepNext/>
      </w:pPr>
      <w:r>
        <w:rPr>
          <w:b/>
          <w:sz w:val="19"/>
        </w:rPr>
        <w:t>Peer programming volunteer | Example University | October 2025 to May 2026</w:t>
      </w:r>
    </w:p>
    <w:p>
      <w:pPr>
        <w:spacing w:after="30"/>
        <w:ind w:left="230" w:hanging="187"/>
      </w:pPr>
      <w:r>
        <w:rPr>
          <w:b/>
        </w:rPr>
        <w:t xml:space="preserve">• </w:t>
      </w:r>
      <w:r>
        <w:t>Helped classmates reproduce SQL query errors with small test tables and wrote example queries explaining join behavior.</w:t>
      </w:r>
    </w:p>
    <w:p>
      <w:pPr>
        <w:pStyle w:val="ResumeSection"/>
        <w:pBdr>
          <w:bottom w:val="single" w:sz="5" w:space="1" w:color="16685C"/>
        </w:pBdr>
        <w:keepNext/>
      </w:pPr>
      <w:r>
        <w:t>EDUCATION</w:t>
      </w:r>
    </w:p>
    <w:p>
      <w:pPr>
        <w:spacing w:after="0"/>
        <w:keepNext/>
      </w:pPr>
      <w:r>
        <w:rPr>
          <w:b/>
        </w:rPr>
        <w:t>BSc Computer Science | Example University | 2026</w:t>
      </w:r>
    </w:p>
    <w:p>
      <w:pPr>
        <w:spacing w:after="40"/>
      </w:pPr>
      <w:r>
        <w:t>Relevant coursework: Databases, Software Testing, Distributed Systems.</w:t>
      </w:r>
    </w:p>
    <w:sectPr w:rsidR="00FC693F" w:rsidRPr="0006063C" w:rsidSect="00034616">
      <w:pgSz w:w="12240" w:h="15840"/>
      <w:pgMar w:top="792" w:right="979" w:bottom="792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2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Section">
    <w:name w:val="ResumeSection"/>
    <w:pPr>
      <w:spacing w:before="140" w:after="60"/>
    </w:pPr>
    <w:rPr>
      <w:rFonts w:ascii="Arial" w:hAnsi="Arial"/>
      <w:b/>
      <w:color w:val="16685C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engineer resume example</dc:title>
  <dc:subject>Illustrative fictional resume</dc:subject>
  <dc:creator>CareerPilotAI</dc:creator>
  <cp:keywords>Illustrative fictional resume</cp:keywords>
  <dc:description>Illustrative fictional resume</dc:description>
  <cp:lastModifiedBy>CareerPilotAI</cp:lastModifiedBy>
  <cp:revision>1</cp:revision>
  <dcterms:created xsi:type="dcterms:W3CDTF">2013-12-23T23:15:00Z</dcterms:created>
  <dcterms:modified xsi:type="dcterms:W3CDTF">2013-12-23T23:15:00Z</dcterms:modified>
  <cp:category/>
</cp:coreProperties>
</file>