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[YOUR FULL NAME]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[TARGET ROLE / PROFESSIONAL TITLE]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[City] | [Email] | [Phone if appropriate] | [Relevant portfolio URL]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[Current role or training background] targeting [data engineering role]. Built [pipeline or data project] with [tools] to [specific purpose]. Experience includes [checks or engineering practices you can demonstrate].</w:t>
      </w:r>
    </w:p>
    <w:p>
      <w:pPr>
        <w:pStyle w:val="ResumeSection"/>
        <w:pBdr>
          <w:bottom w:val="single" w:sz="5" w:space="1" w:color="16685C"/>
        </w:pBdr>
        <w:keepNext/>
      </w:pPr>
      <w:r>
        <w:t>TECHNICAL SKILLS</w:t>
      </w:r>
    </w:p>
    <w:p>
      <w:pPr>
        <w:spacing w:after="40"/>
      </w:pPr>
      <w:r>
        <w:t>[Languages and actual uses]. [Databases and actual uses]. [Orchestration or cloud tools only if used].</w:t>
      </w:r>
    </w:p>
    <w:p>
      <w:pPr>
        <w:pStyle w:val="ResumeSection"/>
        <w:pBdr>
          <w:bottom w:val="single" w:sz="5" w:space="1" w:color="16685C"/>
        </w:pBdr>
        <w:keepNext/>
      </w:pPr>
      <w:r>
        <w:t>DATA PROJECTS</w:t>
      </w:r>
    </w:p>
    <w:p>
      <w:pPr>
        <w:spacing w:after="0"/>
        <w:keepNext/>
      </w:pPr>
      <w:r>
        <w:rPr>
          <w:b/>
          <w:sz w:val="19"/>
        </w:rPr>
        <w:t>[Project name] | [Independent, academic or professional]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Built [source-to-destination flow] using [tools], explaining [data model or load strategy].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Validated [specific failure condition] with [test]; handled [duplicate, late or invalid data] by [method].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Documented [trade-off, monitoring or recovery process]. [Measured scale only if recorded, plus environment].</w:t>
      </w:r>
    </w:p>
    <w:p>
      <w:pPr>
        <w:pStyle w:val="ResumeSection"/>
        <w:pBdr>
          <w:bottom w:val="single" w:sz="5" w:space="1" w:color="16685C"/>
        </w:pBdr>
        <w:keepNext/>
      </w:pPr>
      <w:r>
        <w:t>ADDITIONAL EXPERIENCE</w:t>
      </w:r>
    </w:p>
    <w:p>
      <w:pPr>
        <w:spacing w:after="0"/>
        <w:keepNext/>
      </w:pPr>
      <w:r>
        <w:rPr>
          <w:b/>
          <w:sz w:val="19"/>
        </w:rPr>
        <w:t>[Role or activity] | [Organization] | [Dates]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[Your technical or collaborative contribution, with a verifiable artifact or outcome].</w:t>
      </w:r>
    </w:p>
    <w:p>
      <w:pPr>
        <w:pStyle w:val="ResumeSection"/>
        <w:pBdr>
          <w:bottom w:val="single" w:sz="5" w:space="1" w:color="16685C"/>
        </w:pBdr>
        <w:keepNext/>
      </w:pPr>
      <w:r>
        <w:t>EDUCATION</w:t>
      </w:r>
    </w:p>
    <w:p>
      <w:pPr>
        <w:spacing w:after="0"/>
      </w:pPr>
      <w:r>
        <w:rPr>
          <w:b/>
        </w:rPr>
        <w:t>[Qualification] | [Institution] | [Year]. [Relevant coursework or certification actually completed].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engineer resume template</dc:title>
  <dc:subject>Editable resume template</dc:subject>
  <dc:creator>CareerPilotAI</dc:creator>
  <cp:keywords>Editable resume template</cp:keywords>
  <dc:description>Editable resume template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