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ALEX MORGAN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GRADUATE ANALYST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Example City | alex.morgan@example.com | Portfolio link omitted</w:t>
      </w:r>
    </w:p>
    <w:p>
      <w:pPr>
        <w:spacing w:after="20"/>
      </w:pPr>
      <w:r>
        <w:rPr>
          <w:i/>
          <w:color w:val="555555"/>
          <w:sz w:val="17"/>
        </w:rPr>
        <w:t>Illustrative fresh graduate resume. All people, organizations and experiences are fictional. Do not submit as your own.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Information systems graduate seeking a graduate analyst role. Used Excel and SQL in a university library project to investigate booking records and document data-quality issues. Interested in reporting and process improvement.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  <w:keepNext/>
      </w:pPr>
      <w:r>
        <w:rPr>
          <w:b/>
        </w:rPr>
        <w:t>BSc Information Systems | Example University | June 2026</w:t>
      </w:r>
    </w:p>
    <w:p>
      <w:pPr>
        <w:spacing w:after="40"/>
      </w:pPr>
      <w:r>
        <w:t>Relevant coursework: Databases, Business Analysis, Applied Statistics.</w:t>
      </w:r>
    </w:p>
    <w:p>
      <w:pPr>
        <w:pStyle w:val="ResumeSection"/>
        <w:pBdr>
          <w:bottom w:val="single" w:sz="5" w:space="1" w:color="16685C"/>
        </w:pBdr>
        <w:keepNext/>
      </w:pPr>
      <w:r>
        <w:t>RELEVANT PROJECTS</w:t>
      </w:r>
    </w:p>
    <w:p>
      <w:pPr>
        <w:spacing w:after="0"/>
        <w:keepNext/>
      </w:pPr>
      <w:r>
        <w:rPr>
          <w:b/>
          <w:sz w:val="19"/>
        </w:rPr>
        <w:t>Library booking review | University team project | February to May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Used SQL to group anonymized booking records by room and time; prepared an Excel summary for a classroom presentation.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Documented missing room labels and checked totals against the source extract. Wrote the team's data-cleaning notes; findings were not tested in a live library.</w:t>
      </w:r>
    </w:p>
    <w:p>
      <w:pPr>
        <w:pStyle w:val="ResumeSection"/>
        <w:pBdr>
          <w:bottom w:val="single" w:sz="5" w:space="1" w:color="16685C"/>
        </w:pBdr>
        <w:keepNext/>
      </w:pPr>
      <w:r>
        <w:t>ADDITIONAL EXPERIENCE</w:t>
      </w:r>
    </w:p>
    <w:p>
      <w:pPr>
        <w:spacing w:after="0"/>
        <w:keepNext/>
      </w:pPr>
      <w:r>
        <w:rPr>
          <w:b/>
          <w:sz w:val="19"/>
        </w:rPr>
        <w:t>Student event volunteer | Example University | September 2025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Maintained the attendee sign-in sheet and reconciled duplicate entries with the event coordinator before preparing the attendance summary.</w:t>
      </w:r>
    </w:p>
    <w:p>
      <w:pPr>
        <w:pStyle w:val="ResumeSection"/>
        <w:pBdr>
          <w:bottom w:val="single" w:sz="5" w:space="1" w:color="16685C"/>
        </w:pBdr>
        <w:keepNext/>
      </w:pPr>
      <w:r>
        <w:t>SKILLS</w:t>
      </w:r>
    </w:p>
    <w:p>
      <w:pPr>
        <w:spacing w:after="40"/>
      </w:pPr>
      <w:r>
        <w:t>Excel: pivot tables and lookup formulas. SQL: joins and grouping. Requirements notes and presentation preparation.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 graduate resume example</dc:title>
  <dc:subject>Illustrative fictional resume</dc:subject>
  <dc:creator>CareerPilotAI</dc:creator>
  <cp:keywords>Illustrative fictional resume</cp:keywords>
  <dc:description>Illustrative fictional resume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