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[YOUR FULL NAME]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[TARGET ROLE / PROFESSIONAL TITLE]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[City] | [Email] | [Phone if appropriate] | [Relevant portfolio URL]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[Degree or training] graduate seeking [specific role]. Used [relevant tools] in [named project or setting] to [deliverable]. Interested in [relevant responsibility from the vacancy].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  <w:keepNext/>
      </w:pPr>
      <w:r>
        <w:rPr>
          <w:b/>
        </w:rPr>
        <w:t>[Degree] | [Institution] | [Graduation month and year]</w:t>
      </w:r>
    </w:p>
    <w:p>
      <w:pPr>
        <w:spacing w:after="40"/>
      </w:pPr>
      <w:r>
        <w:t>Relevant coursework: [two or three subjects relevant to this vacancy].</w:t>
      </w:r>
    </w:p>
    <w:p>
      <w:pPr>
        <w:pStyle w:val="ResumeSection"/>
        <w:pBdr>
          <w:bottom w:val="single" w:sz="5" w:space="1" w:color="16685C"/>
        </w:pBdr>
        <w:keepNext/>
      </w:pPr>
      <w:r>
        <w:t>RELEVANT PROJECTS</w:t>
      </w:r>
    </w:p>
    <w:p>
      <w:pPr>
        <w:spacing w:after="0"/>
        <w:keepNext/>
      </w:pPr>
      <w:r>
        <w:rPr>
          <w:b/>
          <w:sz w:val="19"/>
        </w:rPr>
        <w:t>[Project title] | [Coursework, independent or volunteer project]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[Action] [specific task] using [tool or method]; produced [deliverable] for [audience or purpose].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[Explain your own contribution, how you checked the work, and a limitation or finding you can discuss].</w:t>
      </w:r>
    </w:p>
    <w:p>
      <w:pPr>
        <w:pStyle w:val="ResumeSection"/>
        <w:pBdr>
          <w:bottom w:val="single" w:sz="5" w:space="1" w:color="16685C"/>
        </w:pBdr>
        <w:keepNext/>
      </w:pPr>
      <w:r>
        <w:t>ADDITIONAL EXPERIENCE</w:t>
      </w:r>
    </w:p>
    <w:p>
      <w:pPr>
        <w:spacing w:after="0"/>
        <w:keepNext/>
      </w:pPr>
      <w:r>
        <w:rPr>
          <w:b/>
          <w:sz w:val="19"/>
        </w:rPr>
        <w:t>[Role] | [Employer or organization]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[Action] [responsibility] for [audience], explaining [relevant habit, process or result you can substantiate].</w:t>
      </w:r>
    </w:p>
    <w:p>
      <w:pPr>
        <w:pStyle w:val="ResumeSection"/>
        <w:pBdr>
          <w:bottom w:val="single" w:sz="5" w:space="1" w:color="16685C"/>
        </w:pBdr>
        <w:keepNext/>
      </w:pPr>
      <w:r>
        <w:t>SKILLS</w:t>
      </w:r>
    </w:p>
    <w:p>
      <w:pPr>
        <w:spacing w:after="40"/>
      </w:pPr>
      <w:r>
        <w:t>[Relevant tools you can demonstrate]. [Languages and honest proficiency, if relevant].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 graduate resume template</dc:title>
  <dc:subject>Editable resume template</dc:subject>
  <dc:creator>CareerPilotAI</dc:creator>
  <cp:keywords>Editable resume template</cp:keywords>
  <dc:description>Editable resume template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