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ALEX MORGAN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JUNIOR SOFTWARE ENGINEER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Example City | alex.morgan@example.com | Portfolio link omitted</w:t>
      </w:r>
    </w:p>
    <w:p>
      <w:pPr>
        <w:spacing w:after="20"/>
      </w:pPr>
      <w:r>
        <w:rPr>
          <w:i/>
          <w:color w:val="555555"/>
          <w:sz w:val="17"/>
        </w:rPr>
        <w:t>Illustrative software engineer resume. All people, organizations and experiences are fictional. Do not submit as your own.</w:t>
      </w:r>
    </w:p>
    <w:p>
      <w:pPr>
        <w:pStyle w:val="ResumeSection"/>
        <w:pBdr>
          <w:bottom w:val="single" w:sz="5" w:space="1" w:color="16685C"/>
        </w:pBdr>
        <w:keepNext/>
      </w:pPr>
      <w:r>
        <w:t>PROFILE</w:t>
      </w:r>
    </w:p>
    <w:p>
      <w:pPr>
        <w:spacing w:after="40"/>
      </w:pPr>
      <w:r>
        <w:t>Software development diploma graduate seeking a junior software engineer role. Built a volunteer shift planner with TypeScript and React, with tested scheduling rules and documented accessibility limitations.</w:t>
      </w:r>
    </w:p>
    <w:p>
      <w:pPr>
        <w:pStyle w:val="ResumeSection"/>
        <w:pBdr>
          <w:bottom w:val="single" w:sz="5" w:space="1" w:color="16685C"/>
        </w:pBdr>
        <w:keepNext/>
      </w:pPr>
      <w:r>
        <w:t>TECHNICAL SKILLS</w:t>
      </w:r>
    </w:p>
    <w:p>
      <w:pPr>
        <w:spacing w:after="40"/>
      </w:pPr>
      <w:r>
        <w:t>TypeScript and React: forms and state management. Vitest: scheduling-rule tests. Git: feature branches and code review in a classroom team. HTML and CSS.</w:t>
      </w:r>
    </w:p>
    <w:p>
      <w:pPr>
        <w:pStyle w:val="ResumeSection"/>
        <w:pBdr>
          <w:bottom w:val="single" w:sz="5" w:space="1" w:color="16685C"/>
        </w:pBdr>
        <w:keepNext/>
      </w:pPr>
      <w:r>
        <w:t>SELECTED ENGINEERING WORK</w:t>
      </w:r>
    </w:p>
    <w:p>
      <w:pPr>
        <w:spacing w:after="0"/>
        <w:keepNext/>
      </w:pPr>
      <w:r>
        <w:rPr>
          <w:b/>
          <w:sz w:val="19"/>
        </w:rPr>
        <w:t>Volunteer shift planner | Independent project | February to June 2026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Built an editable shift form and conflict messages in React. Kept scheduling rules in a separate TypeScript module so they could be tested without rendering the interface.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Added tests for overlapping shifts and empty names; corrected a boundary case where adjacent shifts were incorrectly rejected.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Stored sample shifts in browser memory. The demo has no authentication or shared database and is not used to manage a real organization.</w:t>
      </w:r>
    </w:p>
    <w:p>
      <w:pPr>
        <w:pStyle w:val="ResumeSection"/>
        <w:pBdr>
          <w:bottom w:val="single" w:sz="5" w:space="1" w:color="16685C"/>
        </w:pBdr>
        <w:keepNext/>
      </w:pPr>
      <w:r>
        <w:t>ADDITIONAL EXPERIENCE</w:t>
      </w:r>
    </w:p>
    <w:p>
      <w:pPr>
        <w:spacing w:after="0"/>
        <w:keepNext/>
      </w:pPr>
      <w:r>
        <w:rPr>
          <w:b/>
          <w:sz w:val="19"/>
        </w:rPr>
        <w:t>Peer project reviewer | Example College course | January to May 2026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Reviewed a classmate's form-validation change, reproduced an error with a small fixture and explained the proposed fix in a pull-request comment.</w:t>
      </w:r>
    </w:p>
    <w:p>
      <w:pPr>
        <w:pStyle w:val="ResumeSection"/>
        <w:pBdr>
          <w:bottom w:val="single" w:sz="5" w:space="1" w:color="16685C"/>
        </w:pBdr>
        <w:keepNext/>
      </w:pPr>
      <w:r>
        <w:t>EDUCATION</w:t>
      </w:r>
    </w:p>
    <w:p>
      <w:pPr>
        <w:spacing w:after="0"/>
      </w:pPr>
      <w:r>
        <w:rPr>
          <w:b/>
        </w:rPr>
        <w:t>Diploma in Software Development | Example College | June 2026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engineer resume example</dc:title>
  <dc:subject>Illustrative fictional resume</dc:subject>
  <dc:creator>CareerPilotAI</dc:creator>
  <cp:keywords>Illustrative fictional resume</cp:keywords>
  <dc:description>Illustrative fictional resume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