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[YOUR FULL NAME]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[TARGET ROLE / PROFESSIONAL TITLE]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[City] | [Email] | [Phone if appropriate] | [Relevant portfolio URL]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[Current role or training background] seeking [specific software role]. Built [application or feature] using [languages and framework]. Can demonstrate [testing, debugging or collaboration practice] through [work or clearly labelled project].</w:t>
      </w:r>
    </w:p>
    <w:p>
      <w:pPr>
        <w:pStyle w:val="ResumeSection"/>
        <w:pBdr>
          <w:bottom w:val="single" w:sz="5" w:space="1" w:color="16685C"/>
        </w:pBdr>
        <w:keepNext/>
      </w:pPr>
      <w:r>
        <w:t>TECHNICAL SKILLS</w:t>
      </w:r>
    </w:p>
    <w:p>
      <w:pPr>
        <w:spacing w:after="40"/>
      </w:pPr>
      <w:r>
        <w:t>[Languages and what you built with them]. [Frameworks, databases and testing tools actually used]. [Version control or deployment experience, with setting].</w:t>
      </w:r>
    </w:p>
    <w:p>
      <w:pPr>
        <w:pStyle w:val="ResumeSection"/>
        <w:pBdr>
          <w:bottom w:val="single" w:sz="5" w:space="1" w:color="16685C"/>
        </w:pBdr>
        <w:keepNext/>
      </w:pPr>
      <w:r>
        <w:t>SELECTED ENGINEERING WORK</w:t>
      </w:r>
    </w:p>
    <w:p>
      <w:pPr>
        <w:spacing w:after="0"/>
        <w:keepNext/>
      </w:pPr>
      <w:r>
        <w:rPr>
          <w:b/>
          <w:sz w:val="19"/>
        </w:rPr>
        <w:t>[Project or feature] | [Employer, coursework or independent setting]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Implemented [behavior] using [design choice]; describe [your contribution and the user's task].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Tested [edge case] with [method]; fixed [specific defect or failure mode].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Documented [trade-off or limitation]. Include [repository or demo link] only if public access and disclosure are permitted.</w:t>
      </w:r>
    </w:p>
    <w:p>
      <w:pPr>
        <w:pStyle w:val="ResumeSection"/>
        <w:pBdr>
          <w:bottom w:val="single" w:sz="5" w:space="1" w:color="16685C"/>
        </w:pBdr>
        <w:keepNext/>
      </w:pPr>
      <w:r>
        <w:t>ADDITIONAL EXPERIENCE</w:t>
      </w:r>
    </w:p>
    <w:p>
      <w:pPr>
        <w:spacing w:after="0"/>
        <w:keepNext/>
      </w:pPr>
      <w:r>
        <w:rPr>
          <w:b/>
          <w:sz w:val="19"/>
        </w:rPr>
        <w:t>[Actual role] | [Organization]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[Your responsibility], showing [relevant communication, investigation or delivery practice].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</w:pPr>
      <w:r>
        <w:rPr>
          <w:b/>
        </w:rPr>
        <w:t>[Qualification or completed training] | [Institution] | [Completion or expected date].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engineer resume template</dc:title>
  <dc:subject>Editable resume template</dc:subject>
  <dc:creator>CareerPilotAI</dc:creator>
  <cp:keywords>Editable resume template</cp:keywords>
  <dc:description>Editable resume template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